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🃏 כרטיסיות משימה לכל 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כרטיסיות משימה לכל טקסט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5 רמות הקושי בחפיסת הכרטיסים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8 משפחות המשימה ואת מאפייניהן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דרכי השימוש השונות בכרטיסים (שליפה, לוח בחירה, משחק מסלול)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הבנה: עובדות על החפיסה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ג׳-ו׳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נכתב בתיאור רמת חנ״מ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בכל רמה 24 כרטיסים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כתוב שכל משפחה בצבע משלה גם בהדפסה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יסודי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ראיה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שמונה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התאמה: רמה ומאפיין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(ציור ותנועה)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(הסקה וטענה)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(ניתוח טיעון וסוגה)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(מילים יומיומיות ומילון קטן)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הבנה מעמיקה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שלוף כרטיס הוא שליפה אקראית אחת, ולוח בחירה הוא לוח שלם של משימות שבוחרים מתוכו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שהתלמיד בחר משפחה קיימת (הבנה, חשיבה מסדר גבוה, יצירה, לשון, אוצר מילים, טיעון ודעה, דמויות, מבנה הטקסט) וכתב משימה ברורה ומתאימה לטקסט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חמש רמות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יסודי מתמקד בציור ותנועה, חט״ע בניתוח טיעון וסוגה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מטילים קובייה ומבצעים כרטיס לפי הצבע שנחתו עליו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להדפיס את הדף כהכנה לפני השימוש הראשון בכרטיסים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להדגים רמה אחת בפועל לפני המילוי העצמאי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בגרסת חנ״מ ניתן לדלג על הפריטים המסומנים ולהתמקד בשאלות הבסיסיות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🃏 כרטיסיות משימה לכל 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כרטיסיות משימה לכל טקסט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את מבנה חפיסת כרטיסי המשימה: הרמות השונות, משפחות המשימה והדרכים לשימוש בכרטיסים בכיתה.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ראיה  ·  שמונה  ·  יסודי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הבנה: עובדות על החפיסה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רמות קושי יש בחפיסת הכרטיסים?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משפחות משימה יש בסך הכל?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לאיזה גילאים מיועדת רמת 'יסודי'?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ז׳-ט׳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י׳-י״ב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ג׳-ו׳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בחפיסת חנ״מ אפשר לענות גם בציור או בהצבעה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בכל הרמות יש בדיוק אותו מספר כרטיסים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כל משפחת משימה מסומנת בצבע אחיד גם בכרטיסים המודפסים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בחפיסת __________ המשימות קצרות וברורות, עם הרבה ציור ותנועה.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בחט״ב מתרגלים הסקה, נקודת מבט, טענה ו__________.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יש בסך הכל __________ משפחות משימה שונות.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התאמה: רמה ומאפיין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יסודי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הסקה וטענה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חט״ב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ניתוח טיעון וסוגה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חט״ע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מילים יומיומיות ומילון קטן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עולים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ציור ותנועה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הבנה מעמיקה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במילים שלכם מה ההבדל בין 'שלוף כרטיס' ל'לוח בחירה'.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תארו כרטיס משימה חדש מאחת ממשפחות המשימה לבחירתכם, שיתאים לטקסט שלמדתם לאחרונה.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כמה רמות קושי יש בחפיסה?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רמת יסודי לרמת חט״ע?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כרטיסיות משימה לכל טקסט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