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משימה לכל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5 רמות הקושי בחפיסת 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8 משפחות המשימה ואת מאפייניהן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דרכי השימוש השונות בכרטיסים (שליפה, לוח בחירה, משחק מסלול)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הבנה: עובדות על החפיסה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ג׳-ו׳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הסקה, נקודת מבט, טענה וראיה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ניתוח טיעון, סוגה ומשלב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אלופי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בתיאור רמת 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בכל רמה 24 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שכל משפחה בצבע משלה גם בהדפסה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זהו משחק מסלול עם קובייה לקבוצות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ברמת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גם אפשרות של תפריט מסעדה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אלופי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רמה ומאפיין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(ציור ותנועה)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(הסקה וטענה)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(ניתוח טיעון וסוגה)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(מילים יומיומיות ומילון 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(צעד אחד בכל כרטיס)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שלוף כרטיס הוא שליפה אקראית אחת, ולוח בחירה הוא לוח שלם של משימות שבוחרים מתוכו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שכל תלמיד יתרגל כמה סוגי חשיבה ולא רק סוג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בחר משפחה קיימת (הבנה, חשיבה מסדר גבוה, יצירה, לשון, אוצר מילים, טיעון ודעה, דמויות, מבנה הטקסט) וכתב משימה ברורה ומתאימה לטקסט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חמש 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יסודי מתמקד בציור ותנועה, חט״ע בניתוח טיעון וסוגה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מטילים קובייה ומבצעים כרטיס לפי הצבע שנחתו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הדף כהכנה לפני השימוש הראשון בכרטיסים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רמה אחת בפועל לפני המילוי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חנ״מ ניתן לדלג על הפריטים המסומנים ולהתמקד בשאלות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משימה לכל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בנויה חפיסת כרטיסי המשימה: כמה רמות יש, אילו סוגי משימות יש, ואיך משחקים איתם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משהו שלא כתוב במפורש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מבט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דמות או כותב/ת רואה את הדברים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 וראיה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שמביע דעה, ועובדה שתומכת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הטקסט, למשל סיפור או כתבה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השפה בטקסט, גבוהה או יומיומית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הטקסט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הטקסט בנוי מתחילתו לסופו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אוצר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שמופיעות בטקסט ומשמעותן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נקודות שונות בכיתה שבהן מבצעים משימות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הבנה: עובדות על החפיסה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רמות שונות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סוגי משימות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לומד ברמת יסודי?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ז׳-ט׳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י׳-י״ב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ג׳-ו׳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עולים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מאפיין את רמת חט״ב?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הרבה ציור ותנועה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הסקה, נקודת מבט, טענה וראיה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משפטים קצרים ומילון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צעד אחד בכל 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מאפיין את רמת חט״ע?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ניתוח טיעון, סוגה ומשלב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תמיכה חזותית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הרבה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כרטיסים קצרים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כרטיסים יש בכל חפיסת רמה?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איזה כלי מאפשר משחק קבוצתי עם קובייה?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שלוף 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לוח 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אלופי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מדריך למורה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בחפיסת חנ״מ אפשר לענות גם בציור או בהצבעה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הרמות יש בדיוק אותו מספר כרטיסים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משפחת משימה מסומנת בצבע אחיד גם בכרטיסים המודפסים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אלופי הטקסט הוא דף הדפסה בלבד ולא 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עולים כוללת מילון קטן ותמיכה חזותית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הבחירה יכול להיות רק בצורת איקס-עיגול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בחפיסת __________ המשימות קצרות וברורות, עם הרבה ציור ותנועה.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בחט״ב מתרגלים הסקה, נקודת מבט, טענה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בסך הכל __________ משפחות משימה שונות.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במשחק __________ מטילים קובייה ונוחתים על צבע.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בחנ״מ אפשר לענות על ידי אמירה, ציור, הצבעה או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רמה ומאפיין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מילים יומיומיות ומילון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חט״ב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ניתוח טיעון וסוגה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חט״ע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צעד אחד בכל כרטיס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הסקה וטענה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ציור ותנועה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'שלוף כרטיס' ל'לוח בחירה'.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חשוב שבכל רמה יהיו 8 משפחות משימה שונות ולא רק סוג אחד?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כרטיס משימה חדש מאחת ממשפחות המשימה לבחירתכם, שיתאים לטקסט שלמדתם לאחרונה.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רמות קושי יש בחפיסה?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רמת יסודי לרמת חט״ע?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במשחק אלופי 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כרטיסיות משימה לכל 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